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r>
              <w:rPr>
                <w:rFonts w:ascii="Arial" w:hAnsi="Arial" w:cs="Arial"/>
                <w:b/>
                <w:color w:val="171E4E"/>
                <w:sz w:val="36"/>
              </w:rPr>
              <w:t>[Your Shop Name]</w:t>
            </w:r>
          </w:p>
          <w:p>
            <w:r>
              <w:rPr>
                <w:rFonts w:ascii="Arial" w:hAnsi="Arial" w:cs="Arial"/>
                <w:b w:val="0"/>
                <w:color w:val="4A5170"/>
                <w:sz w:val="20"/>
              </w:rPr>
              <w:t>Address: ____________________</w:t>
            </w:r>
          </w:p>
          <w:p>
            <w:r>
              <w:rPr>
                <w:rFonts w:ascii="Arial" w:hAnsi="Arial" w:cs="Arial"/>
                <w:b w:val="0"/>
                <w:color w:val="4A5170"/>
                <w:sz w:val="20"/>
              </w:rPr>
              <w:t>Phone: ______________   NTN: ______________</w:t>
            </w:r>
          </w:p>
        </w:tc>
        <w:tc>
          <w:tcPr>
            <w:tcW w:type="dxa" w:w="5046"/>
            <w:shd w:val="clear" w:fill="171E4E"/>
          </w:tcPr>
          <w:p>
            <w:pPr>
              <w:jc w:val="center"/>
            </w:pPr>
            <w:r>
              <w:rPr>
                <w:rFonts w:ascii="Arial" w:hAnsi="Arial" w:cs="Arial"/>
                <w:b/>
                <w:color w:val="FFFFFF"/>
                <w:sz w:val="32"/>
              </w:rPr>
              <w:t>BILL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r>
              <w:rPr>
                <w:rFonts w:ascii="Arial" w:hAnsi="Arial" w:cs="Arial"/>
                <w:b w:val="0"/>
                <w:sz w:val="20"/>
              </w:rPr>
              <w:t>Bill No.: ____________________</w:t>
            </w:r>
          </w:p>
        </w:tc>
        <w:tc>
          <w:tcPr>
            <w:tcW w:type="dxa" w:w="5046"/>
          </w:tcPr>
          <w:p>
            <w:r>
              <w:rPr>
                <w:rFonts w:ascii="Arial" w:hAnsi="Arial" w:cs="Arial"/>
                <w:b w:val="0"/>
                <w:sz w:val="20"/>
              </w:rPr>
              <w:t>Date: ____________________</w:t>
            </w:r>
          </w:p>
        </w:tc>
      </w:tr>
      <w:tr>
        <w:tc>
          <w:tcPr>
            <w:tcW w:type="dxa" w:w="5046"/>
          </w:tcPr>
          <w:p>
            <w:r>
              <w:rPr>
                <w:rFonts w:ascii="Arial" w:hAnsi="Arial" w:cs="Arial"/>
                <w:b w:val="0"/>
                <w:sz w:val="20"/>
              </w:rPr>
              <w:t>M/s: ____________________</w:t>
            </w:r>
          </w:p>
        </w:tc>
        <w:tc>
          <w:tcPr>
            <w:tcW w:type="dxa" w:w="5046"/>
          </w:tcPr>
          <w:p>
            <w:r>
              <w:rPr>
                <w:rFonts w:ascii="Arial" w:hAnsi="Arial" w:cs="Arial"/>
                <w:b w:val="0"/>
                <w:sz w:val="20"/>
              </w:rPr>
              <w:t>Phone: ____________________</w:t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18"/>
        <w:gridCol w:w="2018"/>
        <w:gridCol w:w="2018"/>
        <w:gridCol w:w="2018"/>
        <w:gridCol w:w="2018"/>
      </w:tblGrid>
      <w:tr>
        <w:tc>
          <w:tcPr>
            <w:tcW w:type="dxa" w:w="2018"/>
            <w:shd w:val="clear" w:fill="EEF1FD"/>
          </w:tcPr>
          <w:p>
            <w:pPr>
              <w:jc w:val="center"/>
            </w:pPr>
            <w:r>
              <w:rPr>
                <w:rFonts w:ascii="Arial" w:hAnsi="Arial" w:cs="Arial"/>
                <w:b/>
                <w:color w:val="171E4E"/>
                <w:sz w:val="18"/>
              </w:rPr>
              <w:t>S.No</w:t>
            </w:r>
          </w:p>
        </w:tc>
        <w:tc>
          <w:tcPr>
            <w:tcW w:type="dxa" w:w="2018"/>
            <w:shd w:val="clear" w:fill="EEF1FD"/>
          </w:tcPr>
          <w:p>
            <w:pPr>
              <w:jc w:val="center"/>
            </w:pPr>
            <w:r>
              <w:rPr>
                <w:rFonts w:ascii="Arial" w:hAnsi="Arial" w:cs="Arial"/>
                <w:b/>
                <w:color w:val="171E4E"/>
                <w:sz w:val="18"/>
              </w:rPr>
              <w:t>Description</w:t>
            </w:r>
          </w:p>
        </w:tc>
        <w:tc>
          <w:tcPr>
            <w:tcW w:type="dxa" w:w="2018"/>
            <w:shd w:val="clear" w:fill="EEF1FD"/>
          </w:tcPr>
          <w:p>
            <w:pPr>
              <w:jc w:val="center"/>
            </w:pPr>
            <w:r>
              <w:rPr>
                <w:rFonts w:ascii="Arial" w:hAnsi="Arial" w:cs="Arial"/>
                <w:b/>
                <w:color w:val="171E4E"/>
                <w:sz w:val="18"/>
              </w:rPr>
              <w:t>Qty</w:t>
            </w:r>
          </w:p>
        </w:tc>
        <w:tc>
          <w:tcPr>
            <w:tcW w:type="dxa" w:w="2018"/>
            <w:shd w:val="clear" w:fill="EEF1FD"/>
          </w:tcPr>
          <w:p>
            <w:pPr>
              <w:jc w:val="center"/>
            </w:pPr>
            <w:r>
              <w:rPr>
                <w:rFonts w:ascii="Arial" w:hAnsi="Arial" w:cs="Arial"/>
                <w:b/>
                <w:color w:val="171E4E"/>
                <w:sz w:val="18"/>
              </w:rPr>
              <w:t>Rate</w:t>
            </w:r>
          </w:p>
        </w:tc>
        <w:tc>
          <w:tcPr>
            <w:tcW w:type="dxa" w:w="2018"/>
            <w:shd w:val="clear" w:fill="EEF1FD"/>
          </w:tcPr>
          <w:p>
            <w:pPr>
              <w:jc w:val="center"/>
            </w:pPr>
            <w:r>
              <w:rPr>
                <w:rFonts w:ascii="Arial" w:hAnsi="Arial" w:cs="Arial"/>
                <w:b/>
                <w:color w:val="171E4E"/>
                <w:sz w:val="18"/>
              </w:rPr>
              <w:t>Amount</w:t>
            </w:r>
          </w:p>
        </w:tc>
      </w:tr>
      <w:tr>
        <w:trPr>
          <w:trHeight w:val="454"/>
        </w:trPr>
        <w:tc>
          <w:tcPr>
            <w:tcW w:type="dxa" w:w="201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color w:val="6B7390"/>
                <w:sz w:val="18"/>
              </w:rPr>
              <w:t>1</w:t>
            </w:r>
          </w:p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</w:tr>
      <w:tr>
        <w:trPr>
          <w:trHeight w:val="454"/>
        </w:trPr>
        <w:tc>
          <w:tcPr>
            <w:tcW w:type="dxa" w:w="201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color w:val="6B7390"/>
                <w:sz w:val="18"/>
              </w:rPr>
              <w:t>2</w:t>
            </w:r>
          </w:p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</w:tr>
      <w:tr>
        <w:trPr>
          <w:trHeight w:val="454"/>
        </w:trPr>
        <w:tc>
          <w:tcPr>
            <w:tcW w:type="dxa" w:w="201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color w:val="6B7390"/>
                <w:sz w:val="18"/>
              </w:rPr>
              <w:t>3</w:t>
            </w:r>
          </w:p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</w:tr>
      <w:tr>
        <w:trPr>
          <w:trHeight w:val="454"/>
        </w:trPr>
        <w:tc>
          <w:tcPr>
            <w:tcW w:type="dxa" w:w="201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color w:val="6B7390"/>
                <w:sz w:val="18"/>
              </w:rPr>
              <w:t>4</w:t>
            </w:r>
          </w:p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</w:tr>
      <w:tr>
        <w:trPr>
          <w:trHeight w:val="454"/>
        </w:trPr>
        <w:tc>
          <w:tcPr>
            <w:tcW w:type="dxa" w:w="201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color w:val="6B7390"/>
                <w:sz w:val="18"/>
              </w:rPr>
              <w:t>5</w:t>
            </w:r>
          </w:p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</w:tr>
      <w:tr>
        <w:trPr>
          <w:trHeight w:val="454"/>
        </w:trPr>
        <w:tc>
          <w:tcPr>
            <w:tcW w:type="dxa" w:w="201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color w:val="6B7390"/>
                <w:sz w:val="18"/>
              </w:rPr>
              <w:t>6</w:t>
            </w:r>
          </w:p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</w:tr>
      <w:tr>
        <w:trPr>
          <w:trHeight w:val="454"/>
        </w:trPr>
        <w:tc>
          <w:tcPr>
            <w:tcW w:type="dxa" w:w="201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color w:val="6B7390"/>
                <w:sz w:val="18"/>
              </w:rPr>
              <w:t>7</w:t>
            </w:r>
          </w:p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</w:tr>
      <w:tr>
        <w:trPr>
          <w:trHeight w:val="454"/>
        </w:trPr>
        <w:tc>
          <w:tcPr>
            <w:tcW w:type="dxa" w:w="201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color w:val="6B7390"/>
                <w:sz w:val="18"/>
              </w:rPr>
              <w:t>8</w:t>
            </w:r>
          </w:p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</w:tr>
      <w:tr>
        <w:trPr>
          <w:trHeight w:val="454"/>
        </w:trPr>
        <w:tc>
          <w:tcPr>
            <w:tcW w:type="dxa" w:w="201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color w:val="6B7390"/>
                <w:sz w:val="18"/>
              </w:rPr>
              <w:t>9</w:t>
            </w:r>
          </w:p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</w:tr>
      <w:tr>
        <w:trPr>
          <w:trHeight w:val="454"/>
        </w:trPr>
        <w:tc>
          <w:tcPr>
            <w:tcW w:type="dxa" w:w="201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color w:val="6B7390"/>
                <w:sz w:val="18"/>
              </w:rPr>
              <w:t>10</w:t>
            </w:r>
          </w:p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</w:tr>
      <w:tr>
        <w:trPr>
          <w:trHeight w:val="454"/>
        </w:trPr>
        <w:tc>
          <w:tcPr>
            <w:tcW w:type="dxa" w:w="201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color w:val="6B7390"/>
                <w:sz w:val="18"/>
              </w:rPr>
              <w:t>11</w:t>
            </w:r>
          </w:p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</w:tr>
      <w:tr>
        <w:trPr>
          <w:trHeight w:val="454"/>
        </w:trPr>
        <w:tc>
          <w:tcPr>
            <w:tcW w:type="dxa" w:w="201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color w:val="6B7390"/>
                <w:sz w:val="18"/>
              </w:rPr>
              <w:t>12</w:t>
            </w:r>
          </w:p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  <w:tc>
          <w:tcPr>
            <w:tcW w:type="dxa" w:w="2018"/>
          </w:tcPr>
          <w:p/>
        </w:tc>
      </w:tr>
    </w:tbl>
    <w:p/>
    <w:tbl>
      <w:tblPr>
        <w:tblStyle w:val="TableGrid"/>
        <w:tblW w:type="auto" w:w="0"/>
        <w:jc w:val="right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  <w:shd w:val="clear" w:fill="F4F6FB"/>
          </w:tcPr>
          <w:p>
            <w:r>
              <w:rPr>
                <w:rFonts w:ascii="Arial" w:hAnsi="Arial" w:cs="Arial"/>
                <w:b/>
                <w:sz w:val="20"/>
              </w:rPr>
              <w:t>Total</w:t>
            </w:r>
          </w:p>
        </w:tc>
        <w:tc>
          <w:tcPr>
            <w:tcW w:type="dxa" w:w="5046"/>
          </w:tcPr>
          <w:p/>
        </w:tc>
      </w:tr>
      <w:tr>
        <w:tc>
          <w:tcPr>
            <w:tcW w:type="dxa" w:w="5046"/>
            <w:shd w:val="clear" w:fill="F4F6FB"/>
          </w:tcPr>
          <w:p>
            <w:r>
              <w:rPr>
                <w:rFonts w:ascii="Arial" w:hAnsi="Arial" w:cs="Arial"/>
                <w:b/>
                <w:sz w:val="20"/>
              </w:rPr>
              <w:t>Discount</w:t>
            </w:r>
          </w:p>
        </w:tc>
        <w:tc>
          <w:tcPr>
            <w:tcW w:type="dxa" w:w="5046"/>
          </w:tcPr>
          <w:p/>
        </w:tc>
      </w:tr>
      <w:tr>
        <w:tc>
          <w:tcPr>
            <w:tcW w:type="dxa" w:w="5046"/>
            <w:shd w:val="clear" w:fill="F4F6FB"/>
          </w:tcPr>
          <w:p>
            <w:r>
              <w:rPr>
                <w:rFonts w:ascii="Arial" w:hAnsi="Arial" w:cs="Arial"/>
                <w:b/>
                <w:sz w:val="20"/>
              </w:rPr>
              <w:t>Net Amount</w:t>
            </w:r>
          </w:p>
        </w:tc>
        <w:tc>
          <w:tcPr>
            <w:tcW w:type="dxa" w:w="5046"/>
          </w:tcPr>
          <w:p/>
        </w:tc>
      </w:tr>
      <w:tr>
        <w:tc>
          <w:tcPr>
            <w:tcW w:type="dxa" w:w="5046"/>
            <w:shd w:val="clear" w:fill="F4F6FB"/>
          </w:tcPr>
          <w:p>
            <w:r>
              <w:rPr>
                <w:rFonts w:ascii="Arial" w:hAnsi="Arial" w:cs="Arial"/>
                <w:b/>
                <w:sz w:val="20"/>
              </w:rPr>
              <w:t>Received</w:t>
            </w:r>
          </w:p>
        </w:tc>
        <w:tc>
          <w:tcPr>
            <w:tcW w:type="dxa" w:w="5046"/>
          </w:tcPr>
          <w:p/>
        </w:tc>
      </w:tr>
      <w:tr>
        <w:tc>
          <w:tcPr>
            <w:tcW w:type="dxa" w:w="5046"/>
            <w:shd w:val="clear" w:fill="F4F6FB"/>
          </w:tcPr>
          <w:p>
            <w:r>
              <w:rPr>
                <w:rFonts w:ascii="Arial" w:hAnsi="Arial" w:cs="Arial"/>
                <w:b/>
                <w:sz w:val="20"/>
              </w:rPr>
              <w:t>Balance</w:t>
            </w:r>
          </w:p>
        </w:tc>
        <w:tc>
          <w:tcPr>
            <w:tcW w:type="dxa" w:w="5046"/>
          </w:tcPr>
          <w:p/>
        </w:tc>
      </w:tr>
    </w:tbl>
    <w:p>
      <w:r>
        <w:rPr>
          <w:rFonts w:ascii="Arial" w:hAnsi="Arial" w:cs="Arial"/>
          <w:b w:val="0"/>
          <w:color w:val="4A5170"/>
          <w:sz w:val="20"/>
        </w:rPr>
        <w:t>Thank you for your business!</w:t>
      </w:r>
    </w:p>
    <w:p/>
    <w:p/>
    <w:tbl>
      <w:tblPr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sz w:val="20"/>
              </w:rPr>
              <w:t>______________________</w:t>
            </w:r>
          </w:p>
          <w:p>
            <w:pPr>
              <w:jc w:val="center"/>
            </w:pPr>
            <w:r>
              <w:rPr>
                <w:rFonts w:ascii="Arial" w:hAnsi="Arial" w:cs="Arial"/>
                <w:b w:val="0"/>
                <w:sz w:val="20"/>
              </w:rPr>
              <w:t>Customer signature</w:t>
            </w:r>
          </w:p>
        </w:tc>
        <w:tc>
          <w:tcPr>
            <w:tcW w:type="dxa" w:w="5046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sz w:val="20"/>
              </w:rPr>
              <w:t>______________________</w:t>
            </w:r>
          </w:p>
          <w:p>
            <w:pPr>
              <w:jc w:val="center"/>
            </w:pPr>
            <w:r>
              <w:rPr>
                <w:rFonts w:ascii="Arial" w:hAnsi="Arial" w:cs="Arial"/>
                <w:b w:val="0"/>
                <w:sz w:val="20"/>
              </w:rPr>
              <w:t>For [Your Shop Name]</w:t>
            </w:r>
          </w:p>
        </w:tc>
      </w:tr>
    </w:tbl>
    <w:p>
      <w:pPr>
        <w:jc w:val="center"/>
      </w:pPr>
      <w:r>
        <w:rPr>
          <w:rFonts w:ascii="Arial" w:hAnsi="Arial" w:cs="Arial"/>
          <w:b w:val="0"/>
          <w:color w:val="9AA0B8"/>
          <w:sz w:val="16"/>
        </w:rPr>
        <w:t>Free format by InvoiceMate — make it online at invoicemate.digital</w:t>
      </w:r>
    </w:p>
    <w:sectPr w:rsidR="00FC693F" w:rsidRPr="0006063C" w:rsidSect="00034616">
      <w:pgSz w:w="11906" w:h="16838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