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jc w:val="right"/>
              <w:bidi/>
            </w:pPr>
            <w:r>
              <w:rPr>
                <w:rFonts w:ascii="Arial" w:hAnsi="Arial" w:cs="Arial"/>
                <w:b/>
                <w:color w:val="171E4E"/>
                <w:sz w:val="36"/>
                <w:rtl/>
                <w:szCs w:val="36"/>
                <w:bCs/>
              </w:rPr>
              <w:t>آپ کی دکان کا نام</w:t>
            </w:r>
          </w:p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color w:val="4A5170"/>
                <w:sz w:val="20"/>
                <w:rtl/>
                <w:szCs w:val="20"/>
              </w:rPr>
              <w:t>پتہ: ____________________</w:t>
            </w:r>
          </w:p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color w:val="4A5170"/>
                <w:sz w:val="20"/>
                <w:rtl/>
                <w:szCs w:val="20"/>
              </w:rPr>
              <w:t>فون: ______________   این ٹی این: ______________</w:t>
            </w:r>
          </w:p>
        </w:tc>
        <w:tc>
          <w:tcPr>
            <w:tcW w:type="dxa" w:w="5046"/>
            <w:shd w:val="clear" w:fill="171E4E"/>
          </w:tcPr>
          <w:p>
            <w:pPr>
              <w:jc w:val="center"/>
              <w:bidi/>
            </w:pPr>
            <w:r>
              <w:rPr>
                <w:rFonts w:ascii="Arial" w:hAnsi="Arial" w:cs="Arial"/>
                <w:b/>
                <w:color w:val="FFFFFF"/>
                <w:sz w:val="32"/>
                <w:rtl/>
                <w:szCs w:val="32"/>
                <w:bCs/>
              </w:rPr>
              <w:t>بل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بل نمبر: ____________________</w:t>
            </w:r>
          </w:p>
        </w:tc>
        <w:tc>
          <w:tcPr>
            <w:tcW w:type="dxa" w:w="5046"/>
          </w:tcPr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تاریخ: ____________________</w:t>
            </w:r>
          </w:p>
        </w:tc>
      </w:tr>
      <w:tr>
        <w:tc>
          <w:tcPr>
            <w:tcW w:type="dxa" w:w="5046"/>
          </w:tcPr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جناب: ____________________</w:t>
            </w:r>
          </w:p>
        </w:tc>
        <w:tc>
          <w:tcPr>
            <w:tcW w:type="dxa" w:w="5046"/>
          </w:tcPr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فون: ____________________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2018"/>
        <w:gridCol w:w="2018"/>
        <w:gridCol w:w="2018"/>
        <w:gridCol w:w="2018"/>
        <w:gridCol w:w="2018"/>
      </w:tblGrid>
      <w:tr>
        <w:tc>
          <w:tcPr>
            <w:tcW w:type="dxa" w:w="2018"/>
            <w:shd w:val="clear" w:fill="EEF1FD"/>
          </w:tcPr>
          <w:p>
            <w:pPr>
              <w:jc w:val="center"/>
              <w:bidi/>
            </w:pPr>
            <w:r>
              <w:rPr>
                <w:rFonts w:ascii="Arial" w:hAnsi="Arial" w:cs="Arial"/>
                <w:b/>
                <w:color w:val="171E4E"/>
                <w:sz w:val="18"/>
                <w:rtl/>
                <w:szCs w:val="18"/>
                <w:bCs/>
              </w:rPr>
              <w:t>نمبر شمار</w:t>
            </w:r>
          </w:p>
        </w:tc>
        <w:tc>
          <w:tcPr>
            <w:tcW w:type="dxa" w:w="2018"/>
            <w:shd w:val="clear" w:fill="EEF1FD"/>
          </w:tcPr>
          <w:p>
            <w:pPr>
              <w:jc w:val="center"/>
              <w:bidi/>
            </w:pPr>
            <w:r>
              <w:rPr>
                <w:rFonts w:ascii="Arial" w:hAnsi="Arial" w:cs="Arial"/>
                <w:b/>
                <w:color w:val="171E4E"/>
                <w:sz w:val="18"/>
                <w:rtl/>
                <w:szCs w:val="18"/>
                <w:bCs/>
              </w:rPr>
              <w:t>تفصیل</w:t>
            </w:r>
          </w:p>
        </w:tc>
        <w:tc>
          <w:tcPr>
            <w:tcW w:type="dxa" w:w="2018"/>
            <w:shd w:val="clear" w:fill="EEF1FD"/>
          </w:tcPr>
          <w:p>
            <w:pPr>
              <w:jc w:val="center"/>
              <w:bidi/>
            </w:pPr>
            <w:r>
              <w:rPr>
                <w:rFonts w:ascii="Arial" w:hAnsi="Arial" w:cs="Arial"/>
                <w:b/>
                <w:color w:val="171E4E"/>
                <w:sz w:val="18"/>
                <w:rtl/>
                <w:szCs w:val="18"/>
                <w:bCs/>
              </w:rPr>
              <w:t>تعداد</w:t>
            </w:r>
          </w:p>
        </w:tc>
        <w:tc>
          <w:tcPr>
            <w:tcW w:type="dxa" w:w="2018"/>
            <w:shd w:val="clear" w:fill="EEF1FD"/>
          </w:tcPr>
          <w:p>
            <w:pPr>
              <w:jc w:val="center"/>
              <w:bidi/>
            </w:pPr>
            <w:r>
              <w:rPr>
                <w:rFonts w:ascii="Arial" w:hAnsi="Arial" w:cs="Arial"/>
                <w:b/>
                <w:color w:val="171E4E"/>
                <w:sz w:val="18"/>
                <w:rtl/>
                <w:szCs w:val="18"/>
                <w:bCs/>
              </w:rPr>
              <w:t>ریٹ</w:t>
            </w:r>
          </w:p>
        </w:tc>
        <w:tc>
          <w:tcPr>
            <w:tcW w:type="dxa" w:w="2018"/>
            <w:shd w:val="clear" w:fill="EEF1FD"/>
          </w:tcPr>
          <w:p>
            <w:pPr>
              <w:jc w:val="center"/>
              <w:bidi/>
            </w:pPr>
            <w:r>
              <w:rPr>
                <w:rFonts w:ascii="Arial" w:hAnsi="Arial" w:cs="Arial"/>
                <w:b/>
                <w:color w:val="171E4E"/>
                <w:sz w:val="18"/>
                <w:rtl/>
                <w:szCs w:val="18"/>
                <w:bCs/>
              </w:rPr>
              <w:t>رقم</w:t>
            </w:r>
          </w:p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1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2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3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4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5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6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7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8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9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10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11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12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</w:tbl>
    <w:p/>
    <w:tbl>
      <w:tblPr>
        <w:tblStyle w:val="TableGrid"/>
        <w:tblW w:type="auto" w:w="0"/>
        <w:jc w:val="left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  <w:shd w:val="clear" w:fill="F4F6FB"/>
          </w:tcPr>
          <w:p>
            <w:pPr>
              <w:jc w:val="right"/>
              <w:bidi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کل رقم</w:t>
            </w:r>
          </w:p>
        </w:tc>
        <w:tc>
          <w:tcPr>
            <w:tcW w:type="dxa" w:w="5046"/>
          </w:tcPr>
          <w:p/>
        </w:tc>
      </w:tr>
      <w:tr>
        <w:tc>
          <w:tcPr>
            <w:tcW w:type="dxa" w:w="5046"/>
            <w:shd w:val="clear" w:fill="F4F6FB"/>
          </w:tcPr>
          <w:p>
            <w:pPr>
              <w:jc w:val="right"/>
              <w:bidi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ڈسکاؤنٹ</w:t>
            </w:r>
          </w:p>
        </w:tc>
        <w:tc>
          <w:tcPr>
            <w:tcW w:type="dxa" w:w="5046"/>
          </w:tcPr>
          <w:p/>
        </w:tc>
      </w:tr>
      <w:tr>
        <w:tc>
          <w:tcPr>
            <w:tcW w:type="dxa" w:w="5046"/>
            <w:shd w:val="clear" w:fill="F4F6FB"/>
          </w:tcPr>
          <w:p>
            <w:pPr>
              <w:jc w:val="right"/>
              <w:bidi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خالص رقم</w:t>
            </w:r>
          </w:p>
        </w:tc>
        <w:tc>
          <w:tcPr>
            <w:tcW w:type="dxa" w:w="5046"/>
          </w:tcPr>
          <w:p/>
        </w:tc>
      </w:tr>
      <w:tr>
        <w:tc>
          <w:tcPr>
            <w:tcW w:type="dxa" w:w="5046"/>
            <w:shd w:val="clear" w:fill="F4F6FB"/>
          </w:tcPr>
          <w:p>
            <w:pPr>
              <w:jc w:val="right"/>
              <w:bidi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وصول</w:t>
            </w:r>
          </w:p>
        </w:tc>
        <w:tc>
          <w:tcPr>
            <w:tcW w:type="dxa" w:w="5046"/>
          </w:tcPr>
          <w:p/>
        </w:tc>
      </w:tr>
      <w:tr>
        <w:tc>
          <w:tcPr>
            <w:tcW w:type="dxa" w:w="5046"/>
            <w:shd w:val="clear" w:fill="F4F6FB"/>
          </w:tcPr>
          <w:p>
            <w:pPr>
              <w:jc w:val="right"/>
              <w:bidi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بقایا</w:t>
            </w:r>
          </w:p>
        </w:tc>
        <w:tc>
          <w:tcPr>
            <w:tcW w:type="dxa" w:w="5046"/>
          </w:tcPr>
          <w:p/>
        </w:tc>
      </w:tr>
    </w:tbl>
    <w:p>
      <w:pPr>
        <w:jc w:val="right"/>
        <w:bidi/>
      </w:pPr>
      <w:r>
        <w:rPr>
          <w:rFonts w:ascii="Arial" w:hAnsi="Arial" w:cs="Arial"/>
          <w:b w:val="0"/>
          <w:color w:val="4A5170"/>
          <w:sz w:val="20"/>
          <w:rtl/>
          <w:szCs w:val="20"/>
        </w:rPr>
        <w:t>خریداری کا شکریہ!</w:t>
      </w:r>
    </w:p>
    <w:p/>
    <w:p/>
    <w:tbl>
      <w:tblPr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</w:rPr>
              <w:t>______________________</w:t>
            </w:r>
          </w:p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دستخط خریدار</w:t>
            </w:r>
          </w:p>
        </w:tc>
        <w:tc>
          <w:tcPr>
            <w:tcW w:type="dxa" w:w="5046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</w:rPr>
              <w:t>______________________</w:t>
            </w:r>
          </w:p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دکان کی جانب سے</w:t>
            </w:r>
          </w:p>
        </w:tc>
      </w:tr>
    </w:tbl>
    <w:p>
      <w:pPr>
        <w:jc w:val="center"/>
      </w:pPr>
      <w:r>
        <w:rPr>
          <w:rFonts w:ascii="Arial" w:hAnsi="Arial" w:cs="Arial"/>
          <w:b w:val="0"/>
          <w:color w:val="9AA0B8"/>
          <w:sz w:val="16"/>
          <w:rtl/>
          <w:szCs w:val="16"/>
        </w:rPr>
        <w:t>مفت فارمیٹ: InvoiceMate — آن لائن بنائیں: invoicemate.digital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