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کی دکان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کیش میمو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میمو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کسٹمر: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رقم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ڈسکاؤنٹ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خالص رقم (ادا شدہ)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فروخت شدہ مال واپس یا تبدیل نہیں ہوگا۔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رقم شکریہ کے ساتھ وصول کی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دکان کی جانب سے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