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[Your Business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Phone: ______________   Email: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QUOTATION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Quotation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To: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Valid until: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Subject: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Phone: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Description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Qty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Rate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Amount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Subtotal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Discount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Tax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Terms: 50% advance, balance on delivery. Prices valid until the date above.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Accepted by (customer)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For [Your Business Name]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