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/>
                <w:color w:val="171E4E"/>
                <w:sz w:val="36"/>
              </w:rPr>
              <w:t>[Your Business Name]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Address: ____________________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Phone: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32"/>
              </w:rPr>
              <w:t>PAYMENT RECEIPT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Receipt No.: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Date: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Received from: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Phone: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Paid by (cash / cheque / bank):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Cheque / ref. no.: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S.No</w:t>
            </w:r>
          </w:p>
        </w:tc>
        <w:tc>
          <w:tcPr>
            <w:tcW w:type="dxa" w:w="3364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Received against (bill no. / details)</w:t>
            </w:r>
          </w:p>
        </w:tc>
        <w:tc>
          <w:tcPr>
            <w:tcW w:type="dxa" w:w="3364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Amount</w:t>
            </w:r>
          </w:p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  <w:tr>
        <w:trPr>
          <w:trHeight w:val="454"/>
        </w:trPr>
        <w:tc>
          <w:tcPr>
            <w:tcW w:type="dxa" w:w="336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Total received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Balance remaining</w:t>
            </w:r>
          </w:p>
        </w:tc>
        <w:tc>
          <w:tcPr>
            <w:tcW w:type="dxa" w:w="5046"/>
          </w:tcPr>
          <w:p/>
        </w:tc>
      </w:tr>
    </w:tbl>
    <w:p>
      <w:r>
        <w:rPr>
          <w:rFonts w:ascii="Arial" w:hAnsi="Arial" w:cs="Arial"/>
          <w:b w:val="0"/>
          <w:color w:val="4A5170"/>
          <w:sz w:val="20"/>
        </w:rPr>
        <w:t>Amount in words: ____________________________________________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Received by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Paid by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</w:rPr>
        <w:t>Free format by InvoiceMate — make it online at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