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کے کاروبار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وصولی کی رسید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رسید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وصول کیا (نام):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ادائیگی کا طریقہ (نقد / چیک / بینک):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چیک / حوالہ نمبر: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</w:t>
            </w:r>
          </w:p>
        </w:tc>
        <w:tc>
          <w:tcPr>
            <w:tcW w:type="dxa" w:w="3364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کس بل کے عوض (بل نمبر / تفصیل)</w:t>
            </w:r>
          </w:p>
        </w:tc>
        <w:tc>
          <w:tcPr>
            <w:tcW w:type="dxa" w:w="3364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وصول شدہ رقم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باقی رقم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رقم الفاظ میں: ____________________________________________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وصول کنندہ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ادا کنندہ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