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/>
                <w:color w:val="171E4E"/>
                <w:sz w:val="36"/>
              </w:rPr>
              <w:t>[Supplier Name]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Address: ______________________________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NTN: ______________   STRN: ______________   Phone: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32"/>
              </w:rPr>
              <w:t>SALES TAX INVOICE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Invoice No.: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Date: 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Buyer: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Buyer NTN / CNIC: 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Buyer address: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Buyer STRN: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>
        <w:tc>
          <w:tcPr>
            <w:tcW w:type="dxa" w:w="1261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S.No</w:t>
            </w:r>
          </w:p>
        </w:tc>
        <w:tc>
          <w:tcPr>
            <w:tcW w:type="dxa" w:w="1261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Description of goods / services</w:t>
            </w:r>
          </w:p>
        </w:tc>
        <w:tc>
          <w:tcPr>
            <w:tcW w:type="dxa" w:w="1261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Qty</w:t>
            </w:r>
          </w:p>
        </w:tc>
        <w:tc>
          <w:tcPr>
            <w:tcW w:type="dxa" w:w="1261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Rate</w:t>
            </w:r>
          </w:p>
        </w:tc>
        <w:tc>
          <w:tcPr>
            <w:tcW w:type="dxa" w:w="1261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Value excl. tax</w:t>
            </w:r>
          </w:p>
        </w:tc>
        <w:tc>
          <w:tcPr>
            <w:tcW w:type="dxa" w:w="1261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Sales tax %</w:t>
            </w:r>
          </w:p>
        </w:tc>
        <w:tc>
          <w:tcPr>
            <w:tcW w:type="dxa" w:w="1261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Sales tax</w:t>
            </w:r>
          </w:p>
        </w:tc>
        <w:tc>
          <w:tcPr>
            <w:tcW w:type="dxa" w:w="1261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Value incl. tax</w:t>
            </w:r>
          </w:p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7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8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9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  <w:tr>
        <w:trPr>
          <w:trHeight w:val="454"/>
        </w:trPr>
        <w:tc>
          <w:tcPr>
            <w:tcW w:type="dxa" w:w="1261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10</w:t>
            </w:r>
          </w:p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  <w:tc>
          <w:tcPr>
            <w:tcW w:type="dxa" w:w="1261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Value excluding sales tax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Sales tax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Total including sales tax</w:t>
            </w:r>
          </w:p>
        </w:tc>
        <w:tc>
          <w:tcPr>
            <w:tcW w:type="dxa" w:w="5046"/>
          </w:tcPr>
          <w:p/>
        </w:tc>
      </w:tr>
    </w:tbl>
    <w:p>
      <w:r>
        <w:rPr>
          <w:rFonts w:ascii="Arial" w:hAnsi="Arial" w:cs="Arial"/>
          <w:b w:val="0"/>
          <w:color w:val="4A5170"/>
          <w:sz w:val="20"/>
        </w:rPr>
        <w:t>Amount in words: ____________________________________________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Prepared by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Authorised signature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</w:rPr>
        <w:t>Free format by InvoiceMate — make it online at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