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color w:val="171E4E"/>
                <w:sz w:val="36"/>
                <w:rtl/>
                <w:szCs w:val="36"/>
                <w:bCs/>
              </w:rPr>
              <w:t>سپلائر کا نام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پتہ: ______________________________</w:t>
            </w:r>
          </w:p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color w:val="4A5170"/>
                <w:sz w:val="20"/>
                <w:rtl/>
                <w:szCs w:val="20"/>
              </w:rPr>
              <w:t>این ٹی این: ______________   ایس ٹی آر این: ______________   فون: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FFFFFF"/>
                <w:sz w:val="32"/>
                <w:rtl/>
                <w:szCs w:val="32"/>
                <w:bCs/>
              </w:rPr>
              <w:t>سیلز ٹیکس انوائس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انوائس نمبر: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تاریخ: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خریدار: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خریدار کا این ٹی این / شناختی کارڈ: ____________________</w:t>
            </w:r>
          </w:p>
        </w:tc>
      </w:tr>
      <w:tr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خریدار کا پتہ: ____________________</w:t>
            </w:r>
          </w:p>
        </w:tc>
        <w:tc>
          <w:tcPr>
            <w:tcW w:type="dxa" w:w="5046"/>
          </w:tcPr>
          <w:p>
            <w:pPr>
              <w:jc w:val="right"/>
              <w:bidi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خریدار کا ایس ٹی آر این: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نمبر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مال / سروس کی تفصیل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تعداد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ریٹ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مالیت (ٹیکس کے بغیر)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سیلز ٹیکس %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سیلز ٹیکس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  <w:bidi/>
            </w:pPr>
            <w:r>
              <w:rPr>
                <w:rFonts w:ascii="Arial" w:hAnsi="Arial" w:cs="Arial"/>
                <w:b/>
                <w:color w:val="171E4E"/>
                <w:sz w:val="18"/>
                <w:rtl/>
                <w:szCs w:val="18"/>
                <w:bCs/>
              </w:rPr>
              <w:t>مالیت (ٹیکس سمیت)</w:t>
            </w:r>
          </w:p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</w:tbl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مالیت (ٹیکس کے بغیر)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سیلز ٹیکس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pPr>
              <w:jc w:val="right"/>
              <w:bidi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کل رقم (ٹیکس سمیت)</w:t>
            </w:r>
          </w:p>
        </w:tc>
        <w:tc>
          <w:tcPr>
            <w:tcW w:type="dxa" w:w="5046"/>
          </w:tcPr>
          <w:p/>
        </w:tc>
      </w:tr>
    </w:tbl>
    <w:p>
      <w:pPr>
        <w:jc w:val="right"/>
        <w:bidi/>
      </w:pPr>
      <w:r>
        <w:rPr>
          <w:rFonts w:ascii="Arial" w:hAnsi="Arial" w:cs="Arial"/>
          <w:b w:val="0"/>
          <w:color w:val="4A5170"/>
          <w:sz w:val="20"/>
          <w:rtl/>
          <w:szCs w:val="20"/>
        </w:rPr>
        <w:t>رقم الفاظ میں: ____________________________________________</w:t>
      </w:r>
    </w:p>
    <w:p/>
    <w:p/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تیار کنندہ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مجاز دستخط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  <w:rtl/>
          <w:szCs w:val="16"/>
        </w:rPr>
        <w:t>مفت فارمیٹ: InvoiceMate — آن لائن بنائیں: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